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  <w:r>
        <w:rPr>
          <w:rFonts w:ascii="Arial" w:hAnsi="Arial" w:cs="Arial"/>
          <w:noProof/>
          <w:color w:val="000000" w:themeColor="text1"/>
          <w:lang w:val="pt-BR" w:eastAsia="pt-BR"/>
        </w:rPr>
        <w:drawing>
          <wp:anchor distT="0" distB="0" distL="114300" distR="114300" simplePos="0" relativeHeight="251658240" behindDoc="1" locked="0" layoutInCell="1" allowOverlap="1" wp14:anchorId="16C86519" wp14:editId="20DB31A6">
            <wp:simplePos x="0" y="0"/>
            <wp:positionH relativeFrom="column">
              <wp:posOffset>-1460500</wp:posOffset>
            </wp:positionH>
            <wp:positionV relativeFrom="paragraph">
              <wp:posOffset>-935522</wp:posOffset>
            </wp:positionV>
            <wp:extent cx="8130540" cy="10163175"/>
            <wp:effectExtent l="0" t="0" r="381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CORRID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0540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Default="00AD0992" w:rsidP="00686CB4">
      <w:pPr>
        <w:spacing w:after="0"/>
        <w:rPr>
          <w:rFonts w:ascii="Arial" w:hAnsi="Arial" w:cs="Arial"/>
          <w:noProof/>
          <w:color w:val="000000" w:themeColor="text1"/>
          <w:lang w:val="pt-BR" w:eastAsia="pt-BR"/>
        </w:rPr>
      </w:pPr>
    </w:p>
    <w:p w:rsidR="00AD0992" w:rsidRPr="00AD0992" w:rsidRDefault="00AD0992" w:rsidP="00AD0992">
      <w:pPr>
        <w:pStyle w:val="Ttulo1"/>
        <w:jc w:val="center"/>
        <w:rPr>
          <w:rFonts w:ascii="Arial" w:hAnsi="Arial" w:cs="Arial"/>
          <w:color w:val="000000" w:themeColor="text1"/>
          <w:sz w:val="32"/>
          <w:szCs w:val="26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  <w:sz w:val="32"/>
          <w:szCs w:val="26"/>
        </w:rPr>
        <w:lastRenderedPageBreak/>
        <w:t>IBC RUN – 1ª ETAPA | REGULAMENTO OFICIAL</w: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t>1 – A PROVA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A IBC RUN – 1ª ETAPA é um evento esportivo de corrida de rua promovido pela Igreja Batista Central em Marabá, com o objetivo de incentivar a prática esportiva, promover saúde, integração social e qualidade de vida por meio da atividade física.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O evento será realizado na cidade de Marabá – PA, no dia </w:t>
      </w:r>
      <w:r w:rsidRPr="00AD0992">
        <w:rPr>
          <w:rFonts w:ascii="Arial" w:hAnsi="Arial" w:cs="Arial"/>
          <w:b/>
          <w:bCs/>
          <w:color w:val="000000" w:themeColor="text1"/>
          <w:sz w:val="26"/>
          <w:szCs w:val="26"/>
        </w:rPr>
        <w:t>01 de novembro de 2026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t>, com largada em frente à Igreja Batista Central.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A prova contará com estrutura profissional, incluindo cronometragem eletrônica, pontos de hidratação, suporte médico e organização técnica adequada para garantir a segurança dos participantes.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Modalidades: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Corrida 10 km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Corrida 5 km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Caminhada 3 km (participativa)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O percurso oficial da prova será divulgado previamente pela organização.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25" style="width:0;height:1.5pt" o:hralign="center" o:hrstd="t" o:hr="t" fillcolor="#a0a0a0" stroked="f"/>
        </w:pict>
      </w:r>
    </w:p>
    <w:p w:rsidR="00AD0992" w:rsidRDefault="00AD0992" w:rsidP="00AD0992">
      <w:pPr>
        <w:pStyle w:val="Ttulo2"/>
        <w:rPr>
          <w:rStyle w:val="Forte"/>
          <w:rFonts w:ascii="Arial" w:hAnsi="Arial" w:cs="Arial"/>
          <w:b/>
          <w:bCs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t>2 – CRONOGRAMA DO EVENTO</w:t>
      </w:r>
    </w:p>
    <w:p w:rsidR="00AD0992" w:rsidRPr="00AD0992" w:rsidRDefault="00AD0992" w:rsidP="00AD0992"/>
    <w:p w:rsidR="00AD0992" w:rsidRPr="00AD0992" w:rsidRDefault="00AD0992" w:rsidP="00AD0992">
      <w:pP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05h00 – Conce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ntração e abertura da arena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>05h4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0 – Aquecimento oficial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>05h55 – Largada da caminhada (3 km</w:t>
      </w:r>
      <w:proofErr w:type="gramStart"/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)</w:t>
      </w:r>
      <w:proofErr w:type="gramEnd"/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>06h00 – Largada das corridas (5 km e 10 km)</w:t>
      </w:r>
    </w:p>
    <w:p w:rsidR="00AD0992" w:rsidRPr="00AD0992" w:rsidRDefault="00AD0992" w:rsidP="00AD0992">
      <w:pP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i/>
          <w:iCs/>
          <w:color w:val="000000" w:themeColor="text1"/>
          <w:sz w:val="26"/>
          <w:szCs w:val="26"/>
          <w:lang w:val="pt-BR" w:eastAsia="pt-BR"/>
        </w:rPr>
        <w:t>A organização poderá ajustar horários conforme necessidade técnica, climática ou orientação dos órgãos competentes.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26" style="width:0;height:1.5pt" o:hralign="center" o:hrstd="t" o:hr="t" fillcolor="#a0a0a0" stroked="f"/>
        </w:pict>
      </w:r>
      <w:r>
        <w:rPr>
          <w:rFonts w:ascii="Arial" w:hAnsi="Arial" w:cs="Arial"/>
          <w:color w:val="000000" w:themeColor="text1"/>
          <w:sz w:val="26"/>
          <w:szCs w:val="26"/>
        </w:rPr>
        <w:br/>
      </w:r>
      <w:r>
        <w:rPr>
          <w:rFonts w:ascii="Arial" w:hAnsi="Arial" w:cs="Arial"/>
          <w:color w:val="000000" w:themeColor="text1"/>
          <w:sz w:val="26"/>
          <w:szCs w:val="26"/>
        </w:rPr>
        <w:br/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lastRenderedPageBreak/>
        <w:t>3 – REGRAS DE PARTICIPAÇÃO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• Poderão participar atletas de ambos os sex</w:t>
      </w:r>
      <w:r>
        <w:rPr>
          <w:rFonts w:ascii="Arial" w:hAnsi="Arial" w:cs="Arial"/>
          <w:color w:val="000000" w:themeColor="text1"/>
          <w:sz w:val="26"/>
          <w:szCs w:val="26"/>
        </w:rPr>
        <w:t>os, devidamente inscritos</w:t>
      </w:r>
      <w:r>
        <w:rPr>
          <w:rFonts w:ascii="Arial" w:hAnsi="Arial" w:cs="Arial"/>
          <w:color w:val="000000" w:themeColor="text1"/>
          <w:sz w:val="26"/>
          <w:szCs w:val="26"/>
        </w:rPr>
        <w:br/>
      </w: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• A inscrição é pessoal e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pode ser transferida até </w:t>
      </w: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t>dia 21/10/2026.</w:t>
      </w:r>
      <w:r>
        <w:rPr>
          <w:rFonts w:ascii="Arial" w:hAnsi="Arial" w:cs="Arial"/>
          <w:color w:val="000000" w:themeColor="text1"/>
          <w:sz w:val="26"/>
          <w:szCs w:val="26"/>
        </w:rPr>
        <w:br/>
        <w:t xml:space="preserve">• 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O atleta declara estar apto fisicamente para </w:t>
      </w:r>
      <w:proofErr w:type="gramStart"/>
      <w:r w:rsidRPr="00AD0992">
        <w:rPr>
          <w:rFonts w:ascii="Arial" w:hAnsi="Arial" w:cs="Arial"/>
          <w:color w:val="000000" w:themeColor="text1"/>
          <w:sz w:val="26"/>
          <w:szCs w:val="26"/>
        </w:rPr>
        <w:t>participar</w:t>
      </w:r>
      <w:proofErr w:type="gramEnd"/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• É reco</w:t>
      </w:r>
      <w:r>
        <w:rPr>
          <w:rFonts w:ascii="Arial" w:hAnsi="Arial" w:cs="Arial"/>
          <w:color w:val="000000" w:themeColor="text1"/>
          <w:sz w:val="26"/>
          <w:szCs w:val="26"/>
        </w:rPr>
        <w:t>mendada avaliação médica prévia</w:t>
      </w:r>
      <w:r>
        <w:rPr>
          <w:rFonts w:ascii="Arial" w:hAnsi="Arial" w:cs="Arial"/>
          <w:color w:val="000000" w:themeColor="text1"/>
          <w:sz w:val="26"/>
          <w:szCs w:val="26"/>
        </w:rPr>
        <w:br/>
      </w:r>
      <w:r w:rsidRPr="00AD0992">
        <w:rPr>
          <w:rFonts w:ascii="Arial" w:hAnsi="Arial" w:cs="Arial"/>
          <w:color w:val="000000" w:themeColor="text1"/>
          <w:sz w:val="26"/>
          <w:szCs w:val="26"/>
        </w:rPr>
        <w:t>• O participante assume total responsabilidade por sua participação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27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t>4 – CRITÉRIOS DE IDADE</w:t>
      </w:r>
      <w:r>
        <w:rPr>
          <w:rStyle w:val="Forte"/>
          <w:rFonts w:ascii="Arial" w:hAnsi="Arial" w:cs="Arial"/>
          <w:b/>
          <w:bCs/>
          <w:color w:val="000000" w:themeColor="text1"/>
        </w:rPr>
        <w:br/>
      </w:r>
    </w:p>
    <w:p w:rsidR="00AD0992" w:rsidRPr="00AD0992" w:rsidRDefault="00AD0992" w:rsidP="00AD0992">
      <w:pP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 xml:space="preserve">• Corridas: </w:t>
      </w:r>
      <w:r w:rsidRPr="00AD0992">
        <w:rPr>
          <w:rFonts w:ascii="Arial" w:eastAsia="Times New Roman" w:hAnsi="Arial" w:cs="Arial"/>
          <w:b/>
          <w:color w:val="000000" w:themeColor="text1"/>
          <w:sz w:val="26"/>
          <w:szCs w:val="26"/>
          <w:lang w:val="pt-BR" w:eastAsia="pt-BR"/>
        </w:rPr>
        <w:t>mínimo de 16 anos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 xml:space="preserve">• Caminhada: </w:t>
      </w:r>
      <w:r w:rsidRPr="00AD0992">
        <w:rPr>
          <w:rFonts w:ascii="Arial" w:eastAsia="Times New Roman" w:hAnsi="Arial" w:cs="Arial"/>
          <w:b/>
          <w:color w:val="000000" w:themeColor="text1"/>
          <w:sz w:val="26"/>
          <w:szCs w:val="26"/>
          <w:lang w:val="pt-BR" w:eastAsia="pt-BR"/>
        </w:rPr>
        <w:t>participação livre</w:t>
      </w:r>
    </w:p>
    <w:p w:rsidR="00AD0992" w:rsidRPr="00AD0992" w:rsidRDefault="00AD0992" w:rsidP="00AD0992">
      <w:pPr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val="pt-BR" w:eastAsia="pt-BR"/>
        </w:rPr>
        <w:t>Menores de 18 anos deverão apresentar autorização assinada pelo responsável legal.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28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t>5 – INSCRIÇÕES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Plataforma: </w:t>
      </w:r>
      <w:hyperlink r:id="rId10" w:tgtFrame="_new" w:history="1">
        <w:r w:rsidRPr="00AD0992">
          <w:rPr>
            <w:rStyle w:val="Hyperlink"/>
            <w:rFonts w:ascii="Arial" w:hAnsi="Arial" w:cs="Arial"/>
            <w:b/>
            <w:bCs/>
            <w:color w:val="000000" w:themeColor="text1"/>
            <w:sz w:val="26"/>
            <w:szCs w:val="26"/>
          </w:rPr>
          <w:t>https://chipbreubranco.com.br/</w:t>
        </w:r>
      </w:hyperlink>
    </w:p>
    <w:p w:rsidR="00AD0992" w:rsidRPr="00AD0992" w:rsidRDefault="00AD0992" w:rsidP="00AD0992">
      <w:pPr>
        <w:pStyle w:val="NormalWeb"/>
        <w:rPr>
          <w:rFonts w:ascii="Arial" w:hAnsi="Arial" w:cs="Arial"/>
          <w:b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• 1º lote – </w:t>
      </w: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t>R$ 75,00 até 31/07/2026</w:t>
      </w: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• 2º lote – </w:t>
      </w: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t>R$ 85,00 de 01/08/2026 a 15/09/2026</w:t>
      </w: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• 3º lote – </w:t>
      </w: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t>R$ 95,00 de 16/09/2026 a 20/10/2026</w:t>
      </w: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Pr="00AD0992">
        <w:rPr>
          <w:rFonts w:ascii="Arial" w:hAnsi="Arial" w:cs="Arial"/>
          <w:i/>
        </w:rPr>
        <w:t>A organização poderá encerrar as inscrições antecipadamente ao atingir o limite técnico de participantes.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b/>
          <w:color w:val="000000" w:themeColor="text1"/>
          <w:sz w:val="26"/>
          <w:szCs w:val="26"/>
        </w:rPr>
        <w:pict>
          <v:rect id="_x0000_i1029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t>6 – DESCONTOS</w:t>
      </w:r>
    </w:p>
    <w:p w:rsidR="00AD0992" w:rsidRPr="00AD0992" w:rsidRDefault="00AD0992" w:rsidP="00AD0992">
      <w:pPr>
        <w:pStyle w:val="NormalWeb"/>
        <w:rPr>
          <w:rFonts w:ascii="Arial" w:hAnsi="Arial" w:cs="Arial"/>
        </w:rPr>
      </w:pPr>
      <w:r w:rsidRPr="00AD0992">
        <w:rPr>
          <w:rFonts w:ascii="Arial" w:hAnsi="Arial" w:cs="Arial"/>
        </w:rPr>
        <w:t xml:space="preserve">Grupos e assessorias de corrida terão </w:t>
      </w:r>
      <w:r w:rsidRPr="00AD0992">
        <w:rPr>
          <w:rStyle w:val="Forte"/>
          <w:rFonts w:ascii="Arial" w:hAnsi="Arial" w:cs="Arial"/>
        </w:rPr>
        <w:t>10% de desconto</w:t>
      </w:r>
      <w:r w:rsidRPr="00AD0992">
        <w:rPr>
          <w:rFonts w:ascii="Arial" w:hAnsi="Arial" w:cs="Arial"/>
        </w:rPr>
        <w:t xml:space="preserve"> nas inscrições.</w:t>
      </w:r>
      <w:r>
        <w:rPr>
          <w:rFonts w:ascii="Arial" w:hAnsi="Arial" w:cs="Arial"/>
        </w:rPr>
        <w:br/>
      </w:r>
      <w:r w:rsidRPr="00AD0992">
        <w:rPr>
          <w:rFonts w:ascii="Arial" w:hAnsi="Arial" w:cs="Arial"/>
        </w:rPr>
        <w:t xml:space="preserve">O cupom será o </w:t>
      </w:r>
      <w:r w:rsidRPr="00AD0992">
        <w:rPr>
          <w:rStyle w:val="Forte"/>
          <w:rFonts w:ascii="Arial" w:hAnsi="Arial" w:cs="Arial"/>
        </w:rPr>
        <w:t>nome da equipe</w:t>
      </w:r>
      <w:r w:rsidRPr="00AD0992">
        <w:rPr>
          <w:rFonts w:ascii="Arial" w:hAnsi="Arial" w:cs="Arial"/>
        </w:rPr>
        <w:t>, devendo ser informado no ato da inscrição.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30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lastRenderedPageBreak/>
        <w:t>7 – KIT DO ATLETA</w:t>
      </w:r>
      <w:r>
        <w:rPr>
          <w:rStyle w:val="Forte"/>
          <w:rFonts w:ascii="Arial" w:hAnsi="Arial" w:cs="Arial"/>
          <w:b/>
          <w:bCs/>
          <w:color w:val="000000" w:themeColor="text1"/>
        </w:rPr>
        <w:br/>
      </w:r>
    </w:p>
    <w:p w:rsidR="00AD0992" w:rsidRPr="00AD0992" w:rsidRDefault="00AD0992" w:rsidP="00AD0992">
      <w:pP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O kit será composto por: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>• Camisa oficial do evento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>• Número de peito com chip de cronometragem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 xml:space="preserve">• </w:t>
      </w:r>
      <w:proofErr w:type="spellStart"/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Sacochila</w:t>
      </w:r>
      <w:proofErr w:type="spellEnd"/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 xml:space="preserve"> personalizada</w:t>
      </w: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br/>
        <w:t>• Brindes de patrocinadores</w:t>
      </w:r>
    </w:p>
    <w:p w:rsidR="00AD0992" w:rsidRPr="00AD0992" w:rsidRDefault="00AD0992" w:rsidP="00AD0992">
      <w:pPr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i/>
          <w:color w:val="000000" w:themeColor="text1"/>
          <w:sz w:val="26"/>
          <w:szCs w:val="26"/>
          <w:lang w:val="pt-BR" w:eastAsia="pt-BR"/>
        </w:rPr>
        <w:t xml:space="preserve">Todos os atletas que concluírem a prova </w:t>
      </w:r>
      <w:r w:rsidRPr="00AD0992"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val="pt-BR" w:eastAsia="pt-BR"/>
        </w:rPr>
        <w:t>receberão medalha de participação.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31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Fonts w:ascii="Arial" w:hAnsi="Arial" w:cs="Arial"/>
          <w:color w:val="000000" w:themeColor="text1"/>
        </w:rPr>
        <w:t>8 – ENTREGA DE KITS</w:t>
      </w:r>
      <w:r>
        <w:rPr>
          <w:rFonts w:ascii="Arial" w:hAnsi="Arial" w:cs="Arial"/>
          <w:color w:val="000000" w:themeColor="text1"/>
        </w:rPr>
        <w:br/>
      </w:r>
    </w:p>
    <w:p w:rsidR="00AD0992" w:rsidRPr="00AD0992" w:rsidRDefault="00AD0992" w:rsidP="00AD0992">
      <w:pP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A entrega de kits será realizada em local, data e horário a serem divulgados previamente pela organização.</w:t>
      </w:r>
    </w:p>
    <w:p w:rsidR="00AD0992" w:rsidRPr="00AD0992" w:rsidRDefault="00AD0992" w:rsidP="00AD0992">
      <w:pPr>
        <w:rPr>
          <w:rFonts w:ascii="Arial" w:eastAsia="Times New Roman" w:hAnsi="Arial" w:cs="Arial"/>
          <w:b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b/>
          <w:color w:val="000000" w:themeColor="text1"/>
          <w:sz w:val="26"/>
          <w:szCs w:val="26"/>
          <w:lang w:val="pt-BR" w:eastAsia="pt-BR"/>
        </w:rPr>
        <w:t>É obrigatória a apresentação de documento oficial com foto.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32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Style w:val="Forte"/>
          <w:rFonts w:ascii="Arial" w:hAnsi="Arial" w:cs="Arial"/>
          <w:b/>
          <w:bCs/>
          <w:color w:val="000000" w:themeColor="text1"/>
        </w:rPr>
        <w:t xml:space="preserve">9 – </w:t>
      </w:r>
      <w:r w:rsidRPr="00AD0992">
        <w:rPr>
          <w:rFonts w:ascii="Arial" w:hAnsi="Arial" w:cs="Arial"/>
          <w:color w:val="000000" w:themeColor="text1"/>
        </w:rPr>
        <w:t>PERCURSO E HIDRATAÇÃO</w:t>
      </w:r>
      <w:r>
        <w:rPr>
          <w:rFonts w:ascii="Arial" w:hAnsi="Arial" w:cs="Arial"/>
          <w:color w:val="000000" w:themeColor="text1"/>
        </w:rPr>
        <w:br/>
      </w:r>
    </w:p>
    <w:p w:rsidR="00AD0992" w:rsidRPr="00AD0992" w:rsidRDefault="00AD0992" w:rsidP="00AD0992">
      <w:pPr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color w:val="000000" w:themeColor="text1"/>
          <w:sz w:val="26"/>
          <w:szCs w:val="26"/>
          <w:lang w:val="pt-BR" w:eastAsia="pt-BR"/>
        </w:rPr>
        <w:t>O percurso será sinalizado e contará com apoio de staff ao longo de todo o trajeto.</w:t>
      </w:r>
    </w:p>
    <w:p w:rsidR="00AD0992" w:rsidRPr="00AD0992" w:rsidRDefault="00AD0992" w:rsidP="00AD0992">
      <w:pPr>
        <w:rPr>
          <w:rFonts w:ascii="Arial" w:eastAsia="Times New Roman" w:hAnsi="Arial" w:cs="Arial"/>
          <w:b/>
          <w:color w:val="000000" w:themeColor="text1"/>
          <w:sz w:val="26"/>
          <w:szCs w:val="26"/>
          <w:lang w:val="pt-BR" w:eastAsia="pt-BR"/>
        </w:rPr>
      </w:pPr>
      <w:r w:rsidRPr="00AD0992">
        <w:rPr>
          <w:rFonts w:ascii="Arial" w:eastAsia="Times New Roman" w:hAnsi="Arial" w:cs="Arial"/>
          <w:b/>
          <w:color w:val="000000" w:themeColor="text1"/>
          <w:sz w:val="26"/>
          <w:szCs w:val="26"/>
          <w:lang w:val="pt-BR" w:eastAsia="pt-BR"/>
        </w:rPr>
        <w:t>Haverá pontos de hidratação distribuídos estrategicamente durante o percurso.</w:t>
      </w:r>
    </w:p>
    <w:p w:rsid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33" style="width:426.8pt;height:1.9pt;flip:y" o:hrpct="988" o:hralign="center" o:hrstd="t" o:hr="t" fillcolor="#a0a0a0" stroked="f"/>
        </w:pict>
      </w:r>
    </w:p>
    <w:p w:rsidR="00AD0992" w:rsidRPr="00AD0992" w:rsidRDefault="00AD0992" w:rsidP="00AD0992">
      <w:pPr>
        <w:rPr>
          <w:rStyle w:val="Forte"/>
          <w:rFonts w:ascii="Arial" w:hAnsi="Arial" w:cs="Arial"/>
          <w:b w:val="0"/>
          <w:bCs w:val="0"/>
          <w:color w:val="000000" w:themeColor="text1"/>
          <w:sz w:val="26"/>
          <w:szCs w:val="26"/>
        </w:rPr>
      </w:pPr>
      <w:r w:rsidRPr="00AD0992">
        <w:rPr>
          <w:rStyle w:val="Forte"/>
          <w:rFonts w:ascii="Arial" w:hAnsi="Arial" w:cs="Arial"/>
          <w:bCs w:val="0"/>
          <w:color w:val="000000" w:themeColor="text1"/>
          <w:sz w:val="26"/>
          <w:szCs w:val="26"/>
        </w:rPr>
        <w:t>10</w:t>
      </w:r>
      <w:r w:rsidRPr="00AD0992">
        <w:rPr>
          <w:rStyle w:val="Forte"/>
          <w:rFonts w:ascii="Arial" w:hAnsi="Arial" w:cs="Arial"/>
          <w:b w:val="0"/>
          <w:bCs w:val="0"/>
          <w:color w:val="000000" w:themeColor="text1"/>
          <w:sz w:val="26"/>
          <w:szCs w:val="26"/>
        </w:rPr>
        <w:t xml:space="preserve"> – </w:t>
      </w: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PÓS-PROVA</w:t>
      </w: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br/>
      </w: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br/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Após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a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conclusão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da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prova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os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atletas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terão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acesso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a</w:t>
      </w:r>
      <w:proofErr w:type="gramStart"/>
      <w:r w:rsidRPr="00AD0992">
        <w:rPr>
          <w:rFonts w:ascii="Arial" w:hAnsi="Arial" w:cs="Arial"/>
          <w:color w:val="000000" w:themeColor="text1"/>
          <w:sz w:val="26"/>
          <w:szCs w:val="26"/>
        </w:rPr>
        <w:t>:</w:t>
      </w:r>
      <w:proofErr w:type="gramEnd"/>
      <w:r>
        <w:rPr>
          <w:rFonts w:ascii="Arial" w:hAnsi="Arial" w:cs="Arial"/>
          <w:color w:val="000000" w:themeColor="text1"/>
          <w:sz w:val="26"/>
          <w:szCs w:val="26"/>
        </w:rPr>
        <w:br/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 xml:space="preserve">•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Lanche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pós-corrida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 xml:space="preserve">•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Área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de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recuperação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 xml:space="preserve">•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Espaço</w:t>
      </w:r>
      <w:proofErr w:type="spellEnd"/>
      <w:r w:rsidRPr="00AD0992">
        <w:rPr>
          <w:rFonts w:ascii="Arial" w:hAnsi="Arial" w:cs="Arial"/>
          <w:color w:val="000000" w:themeColor="text1"/>
          <w:sz w:val="26"/>
          <w:szCs w:val="26"/>
        </w:rPr>
        <w:t xml:space="preserve"> de </w:t>
      </w:r>
      <w:proofErr w:type="spellStart"/>
      <w:r w:rsidRPr="00AD0992">
        <w:rPr>
          <w:rFonts w:ascii="Arial" w:hAnsi="Arial" w:cs="Arial"/>
          <w:color w:val="000000" w:themeColor="text1"/>
          <w:sz w:val="26"/>
          <w:szCs w:val="26"/>
        </w:rPr>
        <w:t>convivência</w:t>
      </w:r>
      <w:proofErr w:type="spellEnd"/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>
        <w:rPr>
          <w:rStyle w:val="Forte"/>
          <w:rFonts w:ascii="Arial" w:hAnsi="Arial" w:cs="Arial"/>
          <w:b/>
          <w:bCs/>
          <w:color w:val="000000" w:themeColor="text1"/>
        </w:rPr>
        <w:lastRenderedPageBreak/>
        <w:t>11</w:t>
      </w:r>
      <w:r w:rsidRPr="00AD0992">
        <w:rPr>
          <w:rStyle w:val="Forte"/>
          <w:rFonts w:ascii="Arial" w:hAnsi="Arial" w:cs="Arial"/>
          <w:b/>
          <w:bCs/>
          <w:color w:val="000000" w:themeColor="text1"/>
        </w:rPr>
        <w:t xml:space="preserve"> – PREMIAÇÃO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 xml:space="preserve">Geral (5 km e 10 km | </w:t>
      </w:r>
      <w:proofErr w:type="spellStart"/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Masc</w:t>
      </w:r>
      <w:proofErr w:type="spellEnd"/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 xml:space="preserve"> e </w:t>
      </w:r>
      <w:proofErr w:type="spellStart"/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Fem</w:t>
      </w:r>
      <w:proofErr w:type="spellEnd"/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):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1º: R$ 300 + Troféu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2º: R$ 195 + Troféu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3º: R$ 130 + Troféu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Faixa etária (tempo líquido):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14–19 | 20–29 | 30–39 | 40–49 | 50+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• 1º ao 3º: Troféu</w:t>
      </w:r>
    </w:p>
    <w:p w:rsidR="00AD0992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Regra: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O atleta premiado na classificação geral não concorrerá à premiação por faixa etária.</w:t>
      </w:r>
    </w:p>
    <w:p w:rsid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Style w:val="Forte"/>
          <w:rFonts w:ascii="Arial" w:hAnsi="Arial" w:cs="Arial"/>
          <w:color w:val="000000" w:themeColor="text1"/>
          <w:sz w:val="26"/>
          <w:szCs w:val="26"/>
        </w:rPr>
        <w:t>Maior equipe:</w:t>
      </w:r>
    </w:p>
    <w:p w:rsidR="00AD0992" w:rsidRPr="00AD0992" w:rsidRDefault="00AD0992" w:rsidP="00AD0992">
      <w:pPr>
        <w:pStyle w:val="NormalWeb"/>
        <w:numPr>
          <w:ilvl w:val="0"/>
          <w:numId w:val="14"/>
        </w:num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R$ 500,00</w:t>
      </w:r>
    </w:p>
    <w:p w:rsidR="00AD0992" w:rsidRPr="00AD0992" w:rsidRDefault="00AD0992" w:rsidP="00AD0992">
      <w:pPr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pict>
          <v:rect id="_x0000_i1034" style="width:0;height:1.5pt" o:hralign="center" o:hrstd="t" o:hr="t" fillcolor="#a0a0a0" stroked="f"/>
        </w:pic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>
        <w:rPr>
          <w:rStyle w:val="Forte"/>
          <w:rFonts w:ascii="Arial" w:hAnsi="Arial" w:cs="Arial"/>
          <w:b/>
          <w:bCs/>
          <w:color w:val="000000" w:themeColor="text1"/>
        </w:rPr>
        <w:t>12</w:t>
      </w:r>
      <w:r w:rsidRPr="00AD0992">
        <w:rPr>
          <w:rStyle w:val="Forte"/>
          <w:rFonts w:ascii="Arial" w:hAnsi="Arial" w:cs="Arial"/>
          <w:b/>
          <w:bCs/>
          <w:color w:val="000000" w:themeColor="text1"/>
        </w:rPr>
        <w:t xml:space="preserve"> – </w:t>
      </w:r>
      <w:r w:rsidRPr="00AD0992">
        <w:rPr>
          <w:rFonts w:ascii="Arial" w:hAnsi="Arial" w:cs="Arial"/>
          <w:color w:val="000000" w:themeColor="text1"/>
        </w:rPr>
        <w:t>TEMPO LIMITE</w:t>
      </w:r>
    </w:p>
    <w:p w:rsidR="00AD0992" w:rsidRDefault="00AD0992" w:rsidP="00AD0992">
      <w:pPr>
        <w:pStyle w:val="Ttulo2"/>
        <w:rPr>
          <w:rFonts w:ascii="Arial" w:hAnsi="Arial" w:cs="Arial"/>
          <w:color w:val="000000" w:themeColor="text1"/>
          <w:lang w:val="pt-BR"/>
        </w:rPr>
      </w:pPr>
      <w:r w:rsidRPr="00AD0992">
        <w:rPr>
          <w:rFonts w:ascii="Arial" w:hAnsi="Arial" w:cs="Arial"/>
          <w:b w:val="0"/>
          <w:color w:val="000000" w:themeColor="text1"/>
          <w:lang w:val="pt-BR"/>
        </w:rPr>
        <w:t>O tempo máximo para conclusão</w:t>
      </w:r>
      <w:r w:rsidRPr="00AD0992">
        <w:rPr>
          <w:rFonts w:ascii="Arial" w:hAnsi="Arial" w:cs="Arial"/>
          <w:color w:val="000000" w:themeColor="text1"/>
          <w:lang w:val="pt-BR"/>
        </w:rPr>
        <w:t xml:space="preserve"> será de </w:t>
      </w:r>
      <w:r>
        <w:rPr>
          <w:rFonts w:ascii="Arial" w:hAnsi="Arial" w:cs="Arial"/>
          <w:color w:val="000000" w:themeColor="text1"/>
          <w:lang w:val="pt-BR"/>
        </w:rPr>
        <w:t>2h00</w:t>
      </w:r>
      <w:r w:rsidRPr="00AD0992">
        <w:rPr>
          <w:rFonts w:ascii="Arial" w:hAnsi="Arial" w:cs="Arial"/>
          <w:color w:val="000000" w:themeColor="text1"/>
          <w:lang w:val="pt-BR"/>
        </w:rPr>
        <w:t xml:space="preserve"> após a largada.</w:t>
      </w:r>
      <w:r w:rsidRPr="00AD0992">
        <w:rPr>
          <w:rFonts w:ascii="Arial" w:hAnsi="Arial" w:cs="Arial"/>
          <w:color w:val="000000" w:themeColor="text1"/>
        </w:rPr>
        <w:t xml:space="preserve"> </w:t>
      </w:r>
      <w:r w:rsidRPr="00AD0992">
        <w:rPr>
          <w:rFonts w:ascii="Arial" w:hAnsi="Arial" w:cs="Arial"/>
          <w:color w:val="000000" w:themeColor="text1"/>
        </w:rPr>
        <w:pict>
          <v:rect id="_x0000_i1035" style="width:0;height:1.5pt" o:hralign="center" o:hrstd="t" o:hr="t" fillcolor="#a0a0a0" stroked="f"/>
        </w:pict>
      </w:r>
    </w:p>
    <w:p w:rsid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>
        <w:rPr>
          <w:rStyle w:val="Forte"/>
          <w:rFonts w:ascii="Arial" w:hAnsi="Arial" w:cs="Arial"/>
          <w:b/>
          <w:bCs/>
          <w:color w:val="000000" w:themeColor="text1"/>
        </w:rPr>
        <w:t>13</w:t>
      </w:r>
      <w:r w:rsidRPr="00AD0992">
        <w:rPr>
          <w:rStyle w:val="Forte"/>
          <w:rFonts w:ascii="Arial" w:hAnsi="Arial" w:cs="Arial"/>
          <w:b/>
          <w:bCs/>
          <w:color w:val="000000" w:themeColor="text1"/>
        </w:rPr>
        <w:t xml:space="preserve"> – </w:t>
      </w:r>
      <w:r w:rsidRPr="00AD0992">
        <w:rPr>
          <w:rFonts w:ascii="Arial" w:hAnsi="Arial" w:cs="Arial"/>
          <w:color w:val="000000" w:themeColor="text1"/>
        </w:rPr>
        <w:t>ATENDIMENTO MÉDICO</w:t>
      </w:r>
    </w:p>
    <w:p w:rsid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 w:rsidRPr="00AD0992">
        <w:rPr>
          <w:rFonts w:ascii="Arial" w:hAnsi="Arial" w:cs="Arial"/>
          <w:b w:val="0"/>
          <w:color w:val="000000" w:themeColor="text1"/>
        </w:rPr>
        <w:t xml:space="preserve">O </w:t>
      </w:r>
      <w:proofErr w:type="spellStart"/>
      <w:r w:rsidRPr="00AD0992">
        <w:rPr>
          <w:rFonts w:ascii="Arial" w:hAnsi="Arial" w:cs="Arial"/>
          <w:b w:val="0"/>
          <w:color w:val="000000" w:themeColor="text1"/>
        </w:rPr>
        <w:t>evento</w:t>
      </w:r>
      <w:proofErr w:type="spellEnd"/>
      <w:r w:rsidRPr="00AD0992">
        <w:rPr>
          <w:rFonts w:ascii="Arial" w:hAnsi="Arial" w:cs="Arial"/>
          <w:b w:val="0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b w:val="0"/>
          <w:color w:val="000000" w:themeColor="text1"/>
        </w:rPr>
        <w:t>contará</w:t>
      </w:r>
      <w:proofErr w:type="spellEnd"/>
      <w:r w:rsidRPr="00AD0992">
        <w:rPr>
          <w:rFonts w:ascii="Arial" w:hAnsi="Arial" w:cs="Arial"/>
          <w:b w:val="0"/>
          <w:color w:val="000000" w:themeColor="text1"/>
        </w:rPr>
        <w:t xml:space="preserve"> com </w:t>
      </w:r>
      <w:proofErr w:type="spellStart"/>
      <w:r w:rsidRPr="00AD0992">
        <w:rPr>
          <w:rFonts w:ascii="Arial" w:hAnsi="Arial" w:cs="Arial"/>
          <w:color w:val="000000" w:themeColor="text1"/>
        </w:rPr>
        <w:t>ambulância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e </w:t>
      </w:r>
      <w:proofErr w:type="spellStart"/>
      <w:r w:rsidRPr="00AD0992">
        <w:rPr>
          <w:rFonts w:ascii="Arial" w:hAnsi="Arial" w:cs="Arial"/>
          <w:color w:val="000000" w:themeColor="text1"/>
        </w:rPr>
        <w:t>equipe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AD0992">
        <w:rPr>
          <w:rFonts w:ascii="Arial" w:hAnsi="Arial" w:cs="Arial"/>
          <w:color w:val="000000" w:themeColor="text1"/>
        </w:rPr>
        <w:t>primeiros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AD0992">
        <w:rPr>
          <w:rFonts w:ascii="Arial" w:hAnsi="Arial" w:cs="Arial"/>
          <w:color w:val="000000" w:themeColor="text1"/>
        </w:rPr>
        <w:t>socorros</w:t>
      </w:r>
      <w:proofErr w:type="spellEnd"/>
      <w:proofErr w:type="gram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</w:rPr>
        <w:t>para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</w:rPr>
        <w:t>atendimento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</w:rPr>
        <w:t>emergencial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. </w:t>
      </w:r>
      <w:r w:rsidRPr="00AD0992">
        <w:rPr>
          <w:rFonts w:ascii="Arial" w:hAnsi="Arial" w:cs="Arial"/>
          <w:color w:val="000000" w:themeColor="text1"/>
        </w:rPr>
        <w:pict>
          <v:rect id="_x0000_i1036" style="width:0;height:1.5pt" o:hralign="center" o:hrstd="t" o:hr="t" fillcolor="#a0a0a0" stroked="f"/>
        </w:pict>
      </w:r>
    </w:p>
    <w:p w:rsidR="00AD0992" w:rsidRDefault="00AD0992" w:rsidP="00AD0992">
      <w:pPr>
        <w:pStyle w:val="Ttulo2"/>
        <w:rPr>
          <w:rFonts w:ascii="Arial" w:hAnsi="Arial" w:cs="Arial"/>
          <w:color w:val="000000" w:themeColor="text1"/>
        </w:rPr>
      </w:pPr>
      <w:r>
        <w:rPr>
          <w:rStyle w:val="Forte"/>
          <w:rFonts w:ascii="Arial" w:hAnsi="Arial" w:cs="Arial"/>
          <w:b/>
          <w:bCs/>
          <w:color w:val="000000" w:themeColor="text1"/>
        </w:rPr>
        <w:t>14</w:t>
      </w:r>
      <w:r w:rsidRPr="00AD0992">
        <w:rPr>
          <w:rStyle w:val="Forte"/>
          <w:rFonts w:ascii="Arial" w:hAnsi="Arial" w:cs="Arial"/>
          <w:b/>
          <w:bCs/>
          <w:color w:val="000000" w:themeColor="text1"/>
        </w:rPr>
        <w:t xml:space="preserve"> – </w:t>
      </w:r>
      <w:r>
        <w:rPr>
          <w:rFonts w:ascii="Arial" w:hAnsi="Arial" w:cs="Arial"/>
          <w:color w:val="000000" w:themeColor="text1"/>
        </w:rPr>
        <w:t>DIREITO DE IMAGEM</w:t>
      </w:r>
    </w:p>
    <w:p w:rsidR="00AD0992" w:rsidRPr="00AD0992" w:rsidRDefault="00AD0992" w:rsidP="00AD0992">
      <w:pPr>
        <w:pStyle w:val="Ttulo2"/>
        <w:rPr>
          <w:rFonts w:ascii="Arial" w:hAnsi="Arial" w:cs="Arial"/>
          <w:color w:val="000000" w:themeColor="text1"/>
          <w:lang w:val="pt-BR"/>
        </w:rPr>
      </w:pPr>
      <w:proofErr w:type="spellStart"/>
      <w:r w:rsidRPr="00AD0992">
        <w:rPr>
          <w:rFonts w:ascii="Arial" w:hAnsi="Arial" w:cs="Arial"/>
          <w:b w:val="0"/>
          <w:color w:val="000000" w:themeColor="text1"/>
        </w:rPr>
        <w:t>Ao</w:t>
      </w:r>
      <w:proofErr w:type="spellEnd"/>
      <w:r w:rsidRPr="00AD0992">
        <w:rPr>
          <w:rFonts w:ascii="Arial" w:hAnsi="Arial" w:cs="Arial"/>
          <w:b w:val="0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b w:val="0"/>
          <w:color w:val="000000" w:themeColor="text1"/>
        </w:rPr>
        <w:t>participar</w:t>
      </w:r>
      <w:proofErr w:type="spellEnd"/>
      <w:r w:rsidRPr="00AD0992">
        <w:rPr>
          <w:rFonts w:ascii="Arial" w:hAnsi="Arial" w:cs="Arial"/>
          <w:b w:val="0"/>
          <w:color w:val="000000" w:themeColor="text1"/>
        </w:rPr>
        <w:t xml:space="preserve"> do </w:t>
      </w:r>
      <w:proofErr w:type="spellStart"/>
      <w:r w:rsidRPr="00AD0992">
        <w:rPr>
          <w:rFonts w:ascii="Arial" w:hAnsi="Arial" w:cs="Arial"/>
          <w:b w:val="0"/>
          <w:color w:val="000000" w:themeColor="text1"/>
        </w:rPr>
        <w:t>evento</w:t>
      </w:r>
      <w:proofErr w:type="spellEnd"/>
      <w:r w:rsidRPr="00AD0992">
        <w:rPr>
          <w:rFonts w:ascii="Arial" w:hAnsi="Arial" w:cs="Arial"/>
          <w:b w:val="0"/>
          <w:color w:val="000000" w:themeColor="text1"/>
        </w:rPr>
        <w:t xml:space="preserve">, </w:t>
      </w:r>
      <w:r w:rsidRPr="00AD0992">
        <w:rPr>
          <w:rFonts w:ascii="Arial" w:hAnsi="Arial" w:cs="Arial"/>
          <w:color w:val="000000" w:themeColor="text1"/>
        </w:rPr>
        <w:t xml:space="preserve">o </w:t>
      </w:r>
      <w:proofErr w:type="spellStart"/>
      <w:r w:rsidRPr="00AD0992">
        <w:rPr>
          <w:rFonts w:ascii="Arial" w:hAnsi="Arial" w:cs="Arial"/>
          <w:color w:val="000000" w:themeColor="text1"/>
        </w:rPr>
        <w:t>atleta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</w:rPr>
        <w:t>autoriza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o </w:t>
      </w:r>
      <w:proofErr w:type="spellStart"/>
      <w:proofErr w:type="gramStart"/>
      <w:r w:rsidRPr="00AD0992">
        <w:rPr>
          <w:rFonts w:ascii="Arial" w:hAnsi="Arial" w:cs="Arial"/>
          <w:color w:val="000000" w:themeColor="text1"/>
        </w:rPr>
        <w:t>uso</w:t>
      </w:r>
      <w:proofErr w:type="spellEnd"/>
      <w:proofErr w:type="gramEnd"/>
      <w:r w:rsidRPr="00AD0992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AD0992">
        <w:rPr>
          <w:rFonts w:ascii="Arial" w:hAnsi="Arial" w:cs="Arial"/>
          <w:color w:val="000000" w:themeColor="text1"/>
        </w:rPr>
        <w:t>sua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</w:rPr>
        <w:t>imagem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D0992">
        <w:rPr>
          <w:rFonts w:ascii="Arial" w:hAnsi="Arial" w:cs="Arial"/>
          <w:color w:val="000000" w:themeColor="text1"/>
        </w:rPr>
        <w:t>para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 fins de </w:t>
      </w:r>
      <w:proofErr w:type="spellStart"/>
      <w:r w:rsidRPr="00AD0992">
        <w:rPr>
          <w:rFonts w:ascii="Arial" w:hAnsi="Arial" w:cs="Arial"/>
          <w:color w:val="000000" w:themeColor="text1"/>
        </w:rPr>
        <w:t>divulgação</w:t>
      </w:r>
      <w:proofErr w:type="spellEnd"/>
      <w:r w:rsidRPr="00AD0992">
        <w:rPr>
          <w:rFonts w:ascii="Arial" w:hAnsi="Arial" w:cs="Arial"/>
          <w:color w:val="000000" w:themeColor="text1"/>
        </w:rPr>
        <w:t xml:space="preserve">. </w:t>
      </w:r>
      <w:r w:rsidRPr="00AD0992">
        <w:rPr>
          <w:rFonts w:ascii="Arial" w:hAnsi="Arial" w:cs="Arial"/>
          <w:color w:val="000000" w:themeColor="text1"/>
        </w:rPr>
        <w:pict>
          <v:rect id="_x0000_i1037" style="width:0;height:1.5pt" o:hralign="center" o:hrstd="t" o:hr="t" fillcolor="#a0a0a0" stroked="f"/>
        </w:pict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Style w:val="Forte"/>
          <w:rFonts w:ascii="Arial" w:hAnsi="Arial" w:cs="Arial"/>
          <w:b/>
          <w:bCs/>
          <w:color w:val="000000" w:themeColor="text1"/>
        </w:rPr>
        <w:t>15</w:t>
      </w:r>
      <w:r w:rsidRPr="00AD0992">
        <w:rPr>
          <w:rStyle w:val="Forte"/>
          <w:rFonts w:ascii="Arial" w:hAnsi="Arial" w:cs="Arial"/>
          <w:b/>
          <w:bCs/>
          <w:color w:val="000000" w:themeColor="text1"/>
        </w:rPr>
        <w:t xml:space="preserve"> – DISPOSIÇÕES FINAIS</w:t>
      </w:r>
    </w:p>
    <w:p w:rsidR="002133AE" w:rsidRPr="00AD0992" w:rsidRDefault="00AD0992" w:rsidP="00AD0992">
      <w:pPr>
        <w:pStyle w:val="NormalWeb"/>
        <w:rPr>
          <w:rFonts w:ascii="Arial" w:hAnsi="Arial" w:cs="Arial"/>
          <w:color w:val="000000" w:themeColor="text1"/>
          <w:sz w:val="26"/>
          <w:szCs w:val="26"/>
        </w:rPr>
      </w:pPr>
      <w:r w:rsidRPr="00AD0992">
        <w:rPr>
          <w:rFonts w:ascii="Arial" w:hAnsi="Arial" w:cs="Arial"/>
          <w:color w:val="000000" w:themeColor="text1"/>
          <w:sz w:val="26"/>
          <w:szCs w:val="26"/>
        </w:rPr>
        <w:t>A organização poderá alterar este regulamento.</w:t>
      </w:r>
      <w:r w:rsidRPr="00AD0992">
        <w:rPr>
          <w:rFonts w:ascii="Arial" w:hAnsi="Arial" w:cs="Arial"/>
          <w:color w:val="000000" w:themeColor="text1"/>
          <w:sz w:val="26"/>
          <w:szCs w:val="26"/>
        </w:rPr>
        <w:br/>
        <w:t>Casos omissos serão resolvidos pela organização.</w:t>
      </w:r>
      <w:bookmarkStart w:id="0" w:name="_GoBack"/>
      <w:bookmarkEnd w:id="0"/>
    </w:p>
    <w:sectPr w:rsidR="002133AE" w:rsidRPr="00AD0992" w:rsidSect="000346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5B7" w:rsidRDefault="00F105B7" w:rsidP="00686CB4">
      <w:pPr>
        <w:spacing w:after="0" w:line="240" w:lineRule="auto"/>
      </w:pPr>
      <w:r>
        <w:separator/>
      </w:r>
    </w:p>
  </w:endnote>
  <w:endnote w:type="continuationSeparator" w:id="0">
    <w:p w:rsidR="00F105B7" w:rsidRDefault="00F105B7" w:rsidP="0068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B4" w:rsidRDefault="00686CB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B4" w:rsidRDefault="00686CB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B4" w:rsidRDefault="00686CB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5B7" w:rsidRDefault="00F105B7" w:rsidP="00686CB4">
      <w:pPr>
        <w:spacing w:after="0" w:line="240" w:lineRule="auto"/>
      </w:pPr>
      <w:r>
        <w:separator/>
      </w:r>
    </w:p>
  </w:footnote>
  <w:footnote w:type="continuationSeparator" w:id="0">
    <w:p w:rsidR="00F105B7" w:rsidRDefault="00F105B7" w:rsidP="0068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B4" w:rsidRDefault="00686CB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B4" w:rsidRDefault="00686CB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B4" w:rsidRDefault="00686CB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3pt;height:11.3pt" o:bullet="t">
        <v:imagedata r:id="rId1" o:title="mso6499"/>
      </v:shape>
    </w:pict>
  </w:numPicBullet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4090585"/>
    <w:multiLevelType w:val="hybridMultilevel"/>
    <w:tmpl w:val="BB9A73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17D51"/>
    <w:multiLevelType w:val="hybridMultilevel"/>
    <w:tmpl w:val="2732FA12"/>
    <w:lvl w:ilvl="0" w:tplc="7582870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B008E"/>
    <w:multiLevelType w:val="hybridMultilevel"/>
    <w:tmpl w:val="F2FEC26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2688B"/>
    <w:multiLevelType w:val="hybridMultilevel"/>
    <w:tmpl w:val="C13CD782"/>
    <w:lvl w:ilvl="0" w:tplc="7582870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965BD"/>
    <w:multiLevelType w:val="hybridMultilevel"/>
    <w:tmpl w:val="91C80866"/>
    <w:lvl w:ilvl="0" w:tplc="7582870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E4126"/>
    <w:rsid w:val="002133AE"/>
    <w:rsid w:val="0029639D"/>
    <w:rsid w:val="00326F90"/>
    <w:rsid w:val="00686CB4"/>
    <w:rsid w:val="00AA1D8D"/>
    <w:rsid w:val="00AD0992"/>
    <w:rsid w:val="00B47730"/>
    <w:rsid w:val="00CB0664"/>
    <w:rsid w:val="00F105B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Fontepargpadro"/>
    <w:uiPriority w:val="99"/>
    <w:unhideWhenUsed/>
    <w:rsid w:val="00686CB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41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D0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Fontepargpadro"/>
    <w:uiPriority w:val="99"/>
    <w:unhideWhenUsed/>
    <w:rsid w:val="00686CB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41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D0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chipbreubranco.com.b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01DA59-A9EE-4F91-83A9-794017E0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570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pc</cp:lastModifiedBy>
  <cp:revision>3</cp:revision>
  <dcterms:created xsi:type="dcterms:W3CDTF">2013-12-23T23:15:00Z</dcterms:created>
  <dcterms:modified xsi:type="dcterms:W3CDTF">2026-05-04T17:28:00Z</dcterms:modified>
  <cp:category/>
</cp:coreProperties>
</file>